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4CCEE" w14:textId="11C70045" w:rsidR="00F57249" w:rsidRDefault="00F57249" w:rsidP="00F57249">
      <w:pPr>
        <w:rPr>
          <w:b/>
          <w:bCs/>
        </w:rPr>
      </w:pPr>
      <w:r>
        <w:rPr>
          <w:b/>
          <w:bCs/>
        </w:rPr>
        <w:t xml:space="preserve">This tracker consists of 11 columns: </w:t>
      </w:r>
    </w:p>
    <w:p w14:paraId="6A749BA0" w14:textId="1555F3AC" w:rsidR="00F57249" w:rsidRPr="00F57249" w:rsidRDefault="00F57249" w:rsidP="00F57249">
      <w:pPr>
        <w:pStyle w:val="p1"/>
        <w:numPr>
          <w:ilvl w:val="0"/>
          <w:numId w:val="11"/>
        </w:numPr>
        <w:rPr>
          <w:rStyle w:val="s1"/>
        </w:rPr>
      </w:pPr>
      <w:r w:rsidRPr="00F57249">
        <w:rPr>
          <w:rStyle w:val="s1"/>
          <w:b/>
          <w:bCs/>
        </w:rPr>
        <w:t>V2MOM Name</w:t>
      </w:r>
      <w:r w:rsidRPr="00F57249">
        <w:rPr>
          <w:rStyle w:val="s1"/>
        </w:rPr>
        <w:t xml:space="preserve"> </w:t>
      </w:r>
      <w:r>
        <w:rPr>
          <w:rStyle w:val="s1"/>
        </w:rPr>
        <w:t xml:space="preserve">- </w:t>
      </w:r>
      <w:r w:rsidRPr="00F57249">
        <w:rPr>
          <w:rStyle w:val="s1"/>
        </w:rPr>
        <w:t>Keeps things grouped by vision.</w:t>
      </w:r>
    </w:p>
    <w:p w14:paraId="74D7F31A" w14:textId="31745E7D" w:rsidR="00FF73DB" w:rsidRPr="00F57249" w:rsidRDefault="00FF73DB" w:rsidP="00F57249">
      <w:pPr>
        <w:pStyle w:val="p1"/>
        <w:numPr>
          <w:ilvl w:val="0"/>
          <w:numId w:val="11"/>
        </w:numPr>
        <w:rPr>
          <w:rStyle w:val="s1"/>
        </w:rPr>
      </w:pPr>
      <w:r w:rsidRPr="00F57249">
        <w:rPr>
          <w:rStyle w:val="s1"/>
          <w:b/>
          <w:bCs/>
        </w:rPr>
        <w:t>Milestone</w:t>
      </w:r>
      <w:r w:rsidRPr="00F57249">
        <w:rPr>
          <w:rStyle w:val="s1"/>
        </w:rPr>
        <w:t xml:space="preserve"> </w:t>
      </w:r>
      <w:r w:rsidR="00F57249">
        <w:rPr>
          <w:rStyle w:val="s1"/>
        </w:rPr>
        <w:t>-</w:t>
      </w:r>
      <w:r w:rsidRPr="00F57249">
        <w:rPr>
          <w:rStyle w:val="s1"/>
        </w:rPr>
        <w:t xml:space="preserve"> Clear action/goal chunk from the V2MOM’s Methods.</w:t>
      </w:r>
    </w:p>
    <w:p w14:paraId="5C3D7764" w14:textId="01104A5D" w:rsidR="00FF73DB" w:rsidRPr="00F57249" w:rsidRDefault="00FF73DB" w:rsidP="00F57249">
      <w:pPr>
        <w:pStyle w:val="p1"/>
        <w:numPr>
          <w:ilvl w:val="0"/>
          <w:numId w:val="11"/>
        </w:numPr>
        <w:rPr>
          <w:rStyle w:val="s1"/>
        </w:rPr>
      </w:pPr>
      <w:r w:rsidRPr="00F57249">
        <w:rPr>
          <w:rStyle w:val="s1"/>
          <w:b/>
          <w:bCs/>
        </w:rPr>
        <w:t>Proposed Start Date</w:t>
      </w:r>
      <w:r w:rsidRPr="00F57249">
        <w:rPr>
          <w:rStyle w:val="s1"/>
        </w:rPr>
        <w:t xml:space="preserve"> </w:t>
      </w:r>
      <w:r w:rsidR="00F57249">
        <w:rPr>
          <w:rStyle w:val="s1"/>
        </w:rPr>
        <w:t>-</w:t>
      </w:r>
      <w:r w:rsidRPr="00F57249">
        <w:rPr>
          <w:rStyle w:val="s1"/>
        </w:rPr>
        <w:t xml:space="preserve"> Gives visibility on when you intend to start, which is helpful if juggling limited time or resources</w:t>
      </w:r>
    </w:p>
    <w:p w14:paraId="31F63D64" w14:textId="79B5B4C5" w:rsidR="00FF73DB" w:rsidRPr="00F57249" w:rsidRDefault="00FF73DB" w:rsidP="00FF73DB">
      <w:pPr>
        <w:pStyle w:val="p1"/>
        <w:numPr>
          <w:ilvl w:val="0"/>
          <w:numId w:val="11"/>
        </w:numPr>
        <w:rPr>
          <w:rStyle w:val="s1"/>
        </w:rPr>
      </w:pPr>
      <w:r w:rsidRPr="00F57249">
        <w:rPr>
          <w:rStyle w:val="s1"/>
          <w:b/>
          <w:bCs/>
        </w:rPr>
        <w:t>Target End Date</w:t>
      </w:r>
      <w:r w:rsidRPr="00F57249">
        <w:rPr>
          <w:rStyle w:val="s1"/>
        </w:rPr>
        <w:t xml:space="preserve"> </w:t>
      </w:r>
      <w:r w:rsidR="00F57249">
        <w:rPr>
          <w:rStyle w:val="s1"/>
        </w:rPr>
        <w:t>-</w:t>
      </w:r>
      <w:r w:rsidRPr="00F57249">
        <w:rPr>
          <w:rStyle w:val="s1"/>
        </w:rPr>
        <w:t xml:space="preserve"> Helps pace yourself over the months.</w:t>
      </w:r>
      <w:r w:rsidRPr="00F57249">
        <w:rPr>
          <w:rStyle w:val="s1"/>
        </w:rPr>
        <w:t xml:space="preserve"> </w:t>
      </w:r>
    </w:p>
    <w:p w14:paraId="2FA8B7EE" w14:textId="495F2DF5" w:rsidR="00F57249" w:rsidRPr="00F57249" w:rsidRDefault="00FF73DB" w:rsidP="00F57249">
      <w:pPr>
        <w:pStyle w:val="p1"/>
        <w:numPr>
          <w:ilvl w:val="0"/>
          <w:numId w:val="11"/>
        </w:numPr>
      </w:pPr>
      <w:r w:rsidRPr="00F57249">
        <w:rPr>
          <w:rStyle w:val="s1"/>
          <w:b/>
          <w:bCs/>
        </w:rPr>
        <w:t>Dependencies</w:t>
      </w:r>
      <w:r w:rsidRPr="00F57249">
        <w:t xml:space="preserve"> </w:t>
      </w:r>
      <w:r w:rsidR="00F57249">
        <w:t>-</w:t>
      </w:r>
      <w:r w:rsidRPr="00F57249">
        <w:t xml:space="preserve"> Critical if some steps are conditional. For </w:t>
      </w:r>
      <w:proofErr w:type="gramStart"/>
      <w:r w:rsidRPr="00F57249">
        <w:t>example</w:t>
      </w:r>
      <w:proofErr w:type="gramEnd"/>
      <w:r w:rsidRPr="00F57249">
        <w:t xml:space="preserve"> </w:t>
      </w:r>
      <w:r w:rsidRPr="00F57249">
        <w:t>“</w:t>
      </w:r>
      <w:r w:rsidRPr="00F57249">
        <w:t>Lay Paths/</w:t>
      </w:r>
      <w:proofErr w:type="gramStart"/>
      <w:r w:rsidRPr="00F57249">
        <w:t>Walk ways</w:t>
      </w:r>
      <w:proofErr w:type="gramEnd"/>
      <w:r w:rsidRPr="00F57249">
        <w:t xml:space="preserve">” </w:t>
      </w:r>
      <w:r w:rsidRPr="00F57249">
        <w:rPr>
          <w:rStyle w:val="s1"/>
        </w:rPr>
        <w:t>requires</w:t>
      </w:r>
      <w:r w:rsidRPr="00F57249">
        <w:t xml:space="preserve"> “</w:t>
      </w:r>
      <w:r w:rsidR="00F57249" w:rsidRPr="00F57249">
        <w:t xml:space="preserve">Veg Garden </w:t>
      </w:r>
      <w:r w:rsidRPr="00F57249">
        <w:t>Design</w:t>
      </w:r>
      <w:r w:rsidRPr="00F57249">
        <w:t>”</w:t>
      </w:r>
      <w:r w:rsidR="00F57249" w:rsidRPr="00F57249">
        <w:t xml:space="preserve"> completed</w:t>
      </w:r>
    </w:p>
    <w:p w14:paraId="1EFE11B3" w14:textId="48CFC8AB" w:rsidR="00F57249" w:rsidRPr="00F57249" w:rsidRDefault="00FF73DB" w:rsidP="00F57249">
      <w:pPr>
        <w:pStyle w:val="p1"/>
        <w:numPr>
          <w:ilvl w:val="0"/>
          <w:numId w:val="11"/>
        </w:numPr>
      </w:pPr>
      <w:r w:rsidRPr="00F57249">
        <w:rPr>
          <w:rStyle w:val="s1"/>
          <w:b/>
          <w:bCs/>
        </w:rPr>
        <w:t>Status</w:t>
      </w:r>
      <w:r w:rsidRPr="00F57249">
        <w:t xml:space="preserve"> </w:t>
      </w:r>
      <w:r w:rsidR="00F57249">
        <w:t>-</w:t>
      </w:r>
      <w:r w:rsidRPr="00F57249">
        <w:t xml:space="preserve"> Provides at-a-glance clarity on where things stand.</w:t>
      </w:r>
    </w:p>
    <w:p w14:paraId="608BEC66" w14:textId="0B5C1754" w:rsidR="00F57249" w:rsidRPr="00F57249" w:rsidRDefault="00F57249" w:rsidP="00F57249">
      <w:pPr>
        <w:pStyle w:val="p1"/>
        <w:numPr>
          <w:ilvl w:val="0"/>
          <w:numId w:val="11"/>
        </w:numPr>
      </w:pPr>
      <w:r w:rsidRPr="00F57249">
        <w:rPr>
          <w:rStyle w:val="s1"/>
          <w:b/>
          <w:bCs/>
        </w:rPr>
        <w:t>Priority</w:t>
      </w:r>
      <w:r w:rsidRPr="00F57249">
        <w:rPr>
          <w:rStyle w:val="s1"/>
        </w:rPr>
        <w:t xml:space="preserve"> </w:t>
      </w:r>
      <w:r w:rsidRPr="00F57249">
        <w:rPr>
          <w:rStyle w:val="s1"/>
          <w:b/>
          <w:bCs/>
        </w:rPr>
        <w:t>(1–3)</w:t>
      </w:r>
      <w:r w:rsidRPr="00F57249">
        <w:rPr>
          <w:b/>
          <w:bCs/>
        </w:rPr>
        <w:t xml:space="preserve"> </w:t>
      </w:r>
      <w:r>
        <w:t>-</w:t>
      </w:r>
      <w:r w:rsidRPr="00F57249">
        <w:t>Helps when you need to focus limited time/energy</w:t>
      </w:r>
    </w:p>
    <w:p w14:paraId="6C0D7D81" w14:textId="1DC00834" w:rsidR="00FF73DB" w:rsidRPr="00F57249" w:rsidRDefault="00FF73DB" w:rsidP="00F57249">
      <w:pPr>
        <w:pStyle w:val="p1"/>
        <w:numPr>
          <w:ilvl w:val="0"/>
          <w:numId w:val="11"/>
        </w:numPr>
      </w:pPr>
      <w:r w:rsidRPr="00F57249">
        <w:rPr>
          <w:rStyle w:val="s1"/>
          <w:b/>
          <w:bCs/>
        </w:rPr>
        <w:t>Comments</w:t>
      </w:r>
      <w:r w:rsidRPr="00F57249">
        <w:t xml:space="preserve"> </w:t>
      </w:r>
      <w:r w:rsidR="00F57249">
        <w:t>-</w:t>
      </w:r>
      <w:r w:rsidRPr="00F57249">
        <w:t xml:space="preserve"> Useful for reflections, issues, or lessons.</w:t>
      </w:r>
    </w:p>
    <w:p w14:paraId="22D277E3" w14:textId="1AA91F60" w:rsidR="00F57249" w:rsidRPr="00F57249" w:rsidRDefault="00F57249" w:rsidP="00F57249">
      <w:pPr>
        <w:pStyle w:val="p1"/>
        <w:numPr>
          <w:ilvl w:val="0"/>
          <w:numId w:val="11"/>
        </w:numPr>
      </w:pPr>
      <w:r w:rsidRPr="00F57249">
        <w:rPr>
          <w:rStyle w:val="s1"/>
          <w:b/>
          <w:bCs/>
        </w:rPr>
        <w:t>Completed On</w:t>
      </w:r>
      <w:r w:rsidRPr="00F57249">
        <w:t xml:space="preserve"> </w:t>
      </w:r>
      <w:r>
        <w:t>-</w:t>
      </w:r>
      <w:r w:rsidRPr="00F57249">
        <w:t xml:space="preserve"> Great if you want to look back over time and celebrate progress</w:t>
      </w:r>
    </w:p>
    <w:p w14:paraId="28E7E0B7" w14:textId="77777777" w:rsidR="00F57249" w:rsidRDefault="00F57249" w:rsidP="00FF73DB">
      <w:pPr>
        <w:pStyle w:val="p2"/>
      </w:pPr>
    </w:p>
    <w:p w14:paraId="241E2ED4" w14:textId="03F0225E" w:rsidR="00FF73DB" w:rsidRPr="00F57249" w:rsidRDefault="00F57249" w:rsidP="00FF73DB">
      <w:pPr>
        <w:pStyle w:val="p2"/>
      </w:pPr>
      <w:r>
        <w:t xml:space="preserve">But please modify it so that it fits your needs. I have previously paired this down to 5 (V2MOM Name, </w:t>
      </w:r>
      <w:r w:rsidR="008B6244">
        <w:t>Milestone</w:t>
      </w:r>
      <w:r>
        <w:t xml:space="preserve">, Target End Date, Status and Comments) as this was perfectly adequate to give me an </w:t>
      </w:r>
      <w:r w:rsidR="008B6244">
        <w:t>up-to-date</w:t>
      </w:r>
      <w:r>
        <w:t xml:space="preserve"> status while not taking any significant effort to update. </w:t>
      </w:r>
    </w:p>
    <w:p w14:paraId="3AE28993" w14:textId="77777777" w:rsidR="00FF73DB" w:rsidRDefault="00FF73DB" w:rsidP="00FF73DB"/>
    <w:p w14:paraId="694870AB" w14:textId="77777777" w:rsidR="00F57249" w:rsidRDefault="00F57249" w:rsidP="00FF73DB"/>
    <w:p w14:paraId="67BF19D7" w14:textId="77777777" w:rsidR="00F57249" w:rsidRPr="00FF73DB" w:rsidRDefault="00F57249" w:rsidP="00FF73DB"/>
    <w:p w14:paraId="3FD63847" w14:textId="4A4B23EE" w:rsidR="00F57249" w:rsidRDefault="00F57249">
      <w:r>
        <w:br w:type="page"/>
      </w:r>
    </w:p>
    <w:p w14:paraId="3FAE38FA" w14:textId="77777777" w:rsidR="00FF73DB" w:rsidRDefault="00FF73DB"/>
    <w:p w14:paraId="7BB49151" w14:textId="77777777" w:rsidR="00FF73DB" w:rsidRDefault="00FF73DB"/>
    <w:p w14:paraId="0F68A15E" w14:textId="77777777" w:rsidR="00FF73DB" w:rsidRDefault="00FF73DB">
      <w:pPr>
        <w:sectPr w:rsidR="00FF73DB" w:rsidSect="00FF73DB">
          <w:headerReference w:type="default" r:id="rId8"/>
          <w:pgSz w:w="15840" w:h="12220" w:orient="landscape"/>
          <w:pgMar w:top="1800" w:right="1440" w:bottom="180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54"/>
        <w:gridCol w:w="1321"/>
        <w:gridCol w:w="1140"/>
        <w:gridCol w:w="2052"/>
        <w:gridCol w:w="1045"/>
        <w:gridCol w:w="1140"/>
        <w:gridCol w:w="1452"/>
        <w:gridCol w:w="1465"/>
      </w:tblGrid>
      <w:tr w:rsidR="00FF73DB" w14:paraId="01A9BADD" w14:textId="77777777" w:rsidTr="00FF73DB">
        <w:trPr>
          <w:trHeight w:val="917"/>
        </w:trPr>
        <w:tc>
          <w:tcPr>
            <w:tcW w:w="1351" w:type="dxa"/>
          </w:tcPr>
          <w:p w14:paraId="19E3D7E4" w14:textId="5B585FA6" w:rsidR="00FF73DB" w:rsidRDefault="00FF73DB" w:rsidP="00FF73DB">
            <w:pPr>
              <w:jc w:val="center"/>
            </w:pPr>
            <w:r>
              <w:t>V2MOM Name</w:t>
            </w:r>
          </w:p>
        </w:tc>
        <w:tc>
          <w:tcPr>
            <w:tcW w:w="1354" w:type="dxa"/>
          </w:tcPr>
          <w:p w14:paraId="54DE0AE9" w14:textId="69F59E66" w:rsidR="00FF73DB" w:rsidRDefault="00FF73DB" w:rsidP="00FF73DB">
            <w:pPr>
              <w:jc w:val="center"/>
            </w:pPr>
            <w:r>
              <w:t>Milestone</w:t>
            </w:r>
          </w:p>
        </w:tc>
        <w:tc>
          <w:tcPr>
            <w:tcW w:w="1321" w:type="dxa"/>
          </w:tcPr>
          <w:p w14:paraId="6555789D" w14:textId="4B8C9363" w:rsidR="00FF73DB" w:rsidRDefault="00FF73DB" w:rsidP="00FF73DB">
            <w:pPr>
              <w:jc w:val="center"/>
            </w:pPr>
            <w:r>
              <w:t>Proposed Start Date</w:t>
            </w:r>
          </w:p>
        </w:tc>
        <w:tc>
          <w:tcPr>
            <w:tcW w:w="1140" w:type="dxa"/>
          </w:tcPr>
          <w:p w14:paraId="1B01156D" w14:textId="07684E95" w:rsidR="00FF73DB" w:rsidRDefault="00FF73DB" w:rsidP="00FF73DB">
            <w:pPr>
              <w:jc w:val="center"/>
            </w:pPr>
            <w:r>
              <w:t>Target End Date</w:t>
            </w:r>
          </w:p>
        </w:tc>
        <w:tc>
          <w:tcPr>
            <w:tcW w:w="2052" w:type="dxa"/>
          </w:tcPr>
          <w:p w14:paraId="139FA9C7" w14:textId="2B99DD5C" w:rsidR="00FF73DB" w:rsidRDefault="00FF73DB" w:rsidP="00FF73DB">
            <w:pPr>
              <w:jc w:val="center"/>
            </w:pPr>
            <w:r>
              <w:t>Dependencies</w:t>
            </w:r>
          </w:p>
        </w:tc>
        <w:tc>
          <w:tcPr>
            <w:tcW w:w="1045" w:type="dxa"/>
          </w:tcPr>
          <w:p w14:paraId="6F40ED17" w14:textId="313FC028" w:rsidR="00FF73DB" w:rsidRDefault="00FF73DB" w:rsidP="00FF73DB">
            <w:pPr>
              <w:jc w:val="center"/>
            </w:pPr>
            <w:r>
              <w:t>Status</w:t>
            </w:r>
          </w:p>
        </w:tc>
        <w:tc>
          <w:tcPr>
            <w:tcW w:w="1140" w:type="dxa"/>
          </w:tcPr>
          <w:p w14:paraId="28D4753B" w14:textId="663BD80A" w:rsidR="00FF73DB" w:rsidRDefault="00FF73DB" w:rsidP="00FF73DB">
            <w:pPr>
              <w:jc w:val="center"/>
            </w:pPr>
            <w:r>
              <w:t>Priority</w:t>
            </w:r>
          </w:p>
        </w:tc>
        <w:tc>
          <w:tcPr>
            <w:tcW w:w="1452" w:type="dxa"/>
          </w:tcPr>
          <w:p w14:paraId="79A2253B" w14:textId="00A9E0E0" w:rsidR="00FF73DB" w:rsidRDefault="00FF73DB" w:rsidP="00FF73DB">
            <w:pPr>
              <w:jc w:val="center"/>
            </w:pPr>
            <w:r>
              <w:t>Comments</w:t>
            </w:r>
          </w:p>
        </w:tc>
        <w:tc>
          <w:tcPr>
            <w:tcW w:w="1465" w:type="dxa"/>
          </w:tcPr>
          <w:p w14:paraId="5C7B4F9A" w14:textId="7BE239AB" w:rsidR="00FF73DB" w:rsidRDefault="00FF73DB" w:rsidP="00FF73DB">
            <w:pPr>
              <w:jc w:val="center"/>
            </w:pPr>
            <w:r>
              <w:t>Completed On</w:t>
            </w:r>
          </w:p>
        </w:tc>
      </w:tr>
      <w:tr w:rsidR="00CB3674" w14:paraId="44BEA4F7" w14:textId="77777777" w:rsidTr="00FF73DB">
        <w:trPr>
          <w:trHeight w:val="971"/>
        </w:trPr>
        <w:tc>
          <w:tcPr>
            <w:tcW w:w="1351" w:type="dxa"/>
          </w:tcPr>
          <w:p w14:paraId="3BFC600C" w14:textId="1C1581AA" w:rsidR="00CB3674" w:rsidRDefault="00FF73DB">
            <w:r>
              <w:t>Plot_2_Plate</w:t>
            </w:r>
          </w:p>
        </w:tc>
        <w:tc>
          <w:tcPr>
            <w:tcW w:w="1354" w:type="dxa"/>
          </w:tcPr>
          <w:p w14:paraId="5BFD82D3" w14:textId="77777777" w:rsidR="00CB3674" w:rsidRDefault="00000000">
            <w:r>
              <w:t>Dig out plots (1–4)</w:t>
            </w:r>
          </w:p>
        </w:tc>
        <w:tc>
          <w:tcPr>
            <w:tcW w:w="1321" w:type="dxa"/>
          </w:tcPr>
          <w:p w14:paraId="2790CA05" w14:textId="176ADF76" w:rsidR="00CB3674" w:rsidRDefault="00F57249">
            <w:r>
              <w:t>1st Sept. 2025</w:t>
            </w:r>
          </w:p>
        </w:tc>
        <w:tc>
          <w:tcPr>
            <w:tcW w:w="1140" w:type="dxa"/>
          </w:tcPr>
          <w:p w14:paraId="78A2F4D5" w14:textId="5A51AE16" w:rsidR="00CB3674" w:rsidRDefault="00F57249">
            <w:r>
              <w:t>30</w:t>
            </w:r>
            <w:r w:rsidRPr="00F57249">
              <w:rPr>
                <w:vertAlign w:val="superscript"/>
              </w:rPr>
              <w:t>th</w:t>
            </w:r>
            <w:r>
              <w:t xml:space="preserve"> Sept. 2025</w:t>
            </w:r>
          </w:p>
        </w:tc>
        <w:tc>
          <w:tcPr>
            <w:tcW w:w="2052" w:type="dxa"/>
          </w:tcPr>
          <w:p w14:paraId="1E979979" w14:textId="18DD830E" w:rsidR="00CB3674" w:rsidRDefault="00F57249">
            <w:r>
              <w:t>Garden design completed</w:t>
            </w:r>
          </w:p>
        </w:tc>
        <w:tc>
          <w:tcPr>
            <w:tcW w:w="1045" w:type="dxa"/>
          </w:tcPr>
          <w:p w14:paraId="38E787CE" w14:textId="22EF1216" w:rsidR="00CB3674" w:rsidRDefault="00F57249">
            <w:r>
              <w:t>Not Started</w:t>
            </w:r>
          </w:p>
        </w:tc>
        <w:tc>
          <w:tcPr>
            <w:tcW w:w="1140" w:type="dxa"/>
          </w:tcPr>
          <w:p w14:paraId="2551C34D" w14:textId="77777777" w:rsidR="00CB3674" w:rsidRDefault="00000000">
            <w:r>
              <w:t>1</w:t>
            </w:r>
          </w:p>
        </w:tc>
        <w:tc>
          <w:tcPr>
            <w:tcW w:w="1452" w:type="dxa"/>
          </w:tcPr>
          <w:p w14:paraId="4CBE362A" w14:textId="3566270A" w:rsidR="00CB3674" w:rsidRDefault="00CB3674"/>
        </w:tc>
        <w:tc>
          <w:tcPr>
            <w:tcW w:w="1465" w:type="dxa"/>
          </w:tcPr>
          <w:p w14:paraId="3830D741" w14:textId="77777777" w:rsidR="00CB3674" w:rsidRDefault="00CB3674"/>
        </w:tc>
      </w:tr>
      <w:tr w:rsidR="00FF73DB" w14:paraId="71CA5FB4" w14:textId="77777777" w:rsidTr="00FF73DB">
        <w:trPr>
          <w:trHeight w:val="800"/>
        </w:trPr>
        <w:tc>
          <w:tcPr>
            <w:tcW w:w="1351" w:type="dxa"/>
          </w:tcPr>
          <w:p w14:paraId="1F073150" w14:textId="77777777" w:rsidR="00FF73DB" w:rsidRDefault="00FF73DB"/>
        </w:tc>
        <w:tc>
          <w:tcPr>
            <w:tcW w:w="1354" w:type="dxa"/>
          </w:tcPr>
          <w:p w14:paraId="71FB9CDB" w14:textId="77777777" w:rsidR="00FF73DB" w:rsidRDefault="00FF73DB"/>
        </w:tc>
        <w:tc>
          <w:tcPr>
            <w:tcW w:w="1321" w:type="dxa"/>
          </w:tcPr>
          <w:p w14:paraId="5CBD72BF" w14:textId="77777777" w:rsidR="00FF73DB" w:rsidRDefault="00FF73DB"/>
        </w:tc>
        <w:tc>
          <w:tcPr>
            <w:tcW w:w="1140" w:type="dxa"/>
          </w:tcPr>
          <w:p w14:paraId="6AE7E685" w14:textId="77777777" w:rsidR="00FF73DB" w:rsidRDefault="00FF73DB"/>
        </w:tc>
        <w:tc>
          <w:tcPr>
            <w:tcW w:w="2052" w:type="dxa"/>
          </w:tcPr>
          <w:p w14:paraId="5D83740D" w14:textId="77777777" w:rsidR="00FF73DB" w:rsidRDefault="00FF73DB"/>
        </w:tc>
        <w:tc>
          <w:tcPr>
            <w:tcW w:w="1045" w:type="dxa"/>
          </w:tcPr>
          <w:p w14:paraId="1707FA9B" w14:textId="77777777" w:rsidR="00FF73DB" w:rsidRDefault="00FF73DB"/>
        </w:tc>
        <w:tc>
          <w:tcPr>
            <w:tcW w:w="1140" w:type="dxa"/>
          </w:tcPr>
          <w:p w14:paraId="2825C4A8" w14:textId="77777777" w:rsidR="00FF73DB" w:rsidRDefault="00FF73DB"/>
        </w:tc>
        <w:tc>
          <w:tcPr>
            <w:tcW w:w="1452" w:type="dxa"/>
          </w:tcPr>
          <w:p w14:paraId="4BF62B49" w14:textId="77777777" w:rsidR="00FF73DB" w:rsidRDefault="00FF73DB"/>
        </w:tc>
        <w:tc>
          <w:tcPr>
            <w:tcW w:w="1465" w:type="dxa"/>
          </w:tcPr>
          <w:p w14:paraId="3DE76995" w14:textId="77777777" w:rsidR="00FF73DB" w:rsidRDefault="00FF73DB"/>
        </w:tc>
      </w:tr>
      <w:tr w:rsidR="00FF73DB" w14:paraId="782CD65B" w14:textId="77777777" w:rsidTr="00FF73DB">
        <w:trPr>
          <w:trHeight w:val="800"/>
        </w:trPr>
        <w:tc>
          <w:tcPr>
            <w:tcW w:w="1351" w:type="dxa"/>
          </w:tcPr>
          <w:p w14:paraId="2D0E95BE" w14:textId="77777777" w:rsidR="00FF73DB" w:rsidRDefault="00FF73DB"/>
        </w:tc>
        <w:tc>
          <w:tcPr>
            <w:tcW w:w="1354" w:type="dxa"/>
          </w:tcPr>
          <w:p w14:paraId="23935358" w14:textId="77777777" w:rsidR="00FF73DB" w:rsidRDefault="00FF73DB"/>
        </w:tc>
        <w:tc>
          <w:tcPr>
            <w:tcW w:w="1321" w:type="dxa"/>
          </w:tcPr>
          <w:p w14:paraId="65F12F15" w14:textId="77777777" w:rsidR="00FF73DB" w:rsidRDefault="00FF73DB"/>
        </w:tc>
        <w:tc>
          <w:tcPr>
            <w:tcW w:w="1140" w:type="dxa"/>
          </w:tcPr>
          <w:p w14:paraId="70A829D8" w14:textId="77777777" w:rsidR="00FF73DB" w:rsidRDefault="00FF73DB"/>
        </w:tc>
        <w:tc>
          <w:tcPr>
            <w:tcW w:w="2052" w:type="dxa"/>
          </w:tcPr>
          <w:p w14:paraId="7E5A2EEA" w14:textId="77777777" w:rsidR="00FF73DB" w:rsidRDefault="00FF73DB"/>
        </w:tc>
        <w:tc>
          <w:tcPr>
            <w:tcW w:w="1045" w:type="dxa"/>
          </w:tcPr>
          <w:p w14:paraId="64C6B2FA" w14:textId="77777777" w:rsidR="00FF73DB" w:rsidRDefault="00FF73DB"/>
        </w:tc>
        <w:tc>
          <w:tcPr>
            <w:tcW w:w="1140" w:type="dxa"/>
          </w:tcPr>
          <w:p w14:paraId="35CD1748" w14:textId="77777777" w:rsidR="00FF73DB" w:rsidRDefault="00FF73DB"/>
        </w:tc>
        <w:tc>
          <w:tcPr>
            <w:tcW w:w="1452" w:type="dxa"/>
          </w:tcPr>
          <w:p w14:paraId="180305AB" w14:textId="77777777" w:rsidR="00FF73DB" w:rsidRDefault="00FF73DB"/>
        </w:tc>
        <w:tc>
          <w:tcPr>
            <w:tcW w:w="1465" w:type="dxa"/>
          </w:tcPr>
          <w:p w14:paraId="46FD22CC" w14:textId="77777777" w:rsidR="00FF73DB" w:rsidRDefault="00FF73DB"/>
        </w:tc>
      </w:tr>
      <w:tr w:rsidR="00FF73DB" w14:paraId="5C10D03D" w14:textId="77777777" w:rsidTr="00FF73DB">
        <w:trPr>
          <w:trHeight w:val="800"/>
        </w:trPr>
        <w:tc>
          <w:tcPr>
            <w:tcW w:w="1351" w:type="dxa"/>
          </w:tcPr>
          <w:p w14:paraId="1229A2C1" w14:textId="77777777" w:rsidR="00FF73DB" w:rsidRDefault="00FF73DB"/>
        </w:tc>
        <w:tc>
          <w:tcPr>
            <w:tcW w:w="1354" w:type="dxa"/>
          </w:tcPr>
          <w:p w14:paraId="62556F52" w14:textId="77777777" w:rsidR="00FF73DB" w:rsidRDefault="00FF73DB"/>
        </w:tc>
        <w:tc>
          <w:tcPr>
            <w:tcW w:w="1321" w:type="dxa"/>
          </w:tcPr>
          <w:p w14:paraId="029C9940" w14:textId="77777777" w:rsidR="00FF73DB" w:rsidRDefault="00FF73DB"/>
        </w:tc>
        <w:tc>
          <w:tcPr>
            <w:tcW w:w="1140" w:type="dxa"/>
          </w:tcPr>
          <w:p w14:paraId="4CAFD469" w14:textId="77777777" w:rsidR="00FF73DB" w:rsidRDefault="00FF73DB"/>
        </w:tc>
        <w:tc>
          <w:tcPr>
            <w:tcW w:w="2052" w:type="dxa"/>
          </w:tcPr>
          <w:p w14:paraId="1074A7C7" w14:textId="77777777" w:rsidR="00FF73DB" w:rsidRDefault="00FF73DB"/>
        </w:tc>
        <w:tc>
          <w:tcPr>
            <w:tcW w:w="1045" w:type="dxa"/>
          </w:tcPr>
          <w:p w14:paraId="6655296C" w14:textId="77777777" w:rsidR="00FF73DB" w:rsidRDefault="00FF73DB"/>
        </w:tc>
        <w:tc>
          <w:tcPr>
            <w:tcW w:w="1140" w:type="dxa"/>
          </w:tcPr>
          <w:p w14:paraId="6C2313E9" w14:textId="77777777" w:rsidR="00FF73DB" w:rsidRDefault="00FF73DB"/>
        </w:tc>
        <w:tc>
          <w:tcPr>
            <w:tcW w:w="1452" w:type="dxa"/>
          </w:tcPr>
          <w:p w14:paraId="18BFBF44" w14:textId="77777777" w:rsidR="00FF73DB" w:rsidRDefault="00FF73DB"/>
        </w:tc>
        <w:tc>
          <w:tcPr>
            <w:tcW w:w="1465" w:type="dxa"/>
          </w:tcPr>
          <w:p w14:paraId="0F1963A8" w14:textId="77777777" w:rsidR="00FF73DB" w:rsidRDefault="00FF73DB"/>
        </w:tc>
      </w:tr>
      <w:tr w:rsidR="00FF73DB" w14:paraId="2B7832EF" w14:textId="77777777" w:rsidTr="00FF73DB">
        <w:trPr>
          <w:trHeight w:val="800"/>
        </w:trPr>
        <w:tc>
          <w:tcPr>
            <w:tcW w:w="1351" w:type="dxa"/>
          </w:tcPr>
          <w:p w14:paraId="0C119472" w14:textId="77777777" w:rsidR="00FF73DB" w:rsidRDefault="00FF73DB"/>
        </w:tc>
        <w:tc>
          <w:tcPr>
            <w:tcW w:w="1354" w:type="dxa"/>
          </w:tcPr>
          <w:p w14:paraId="19789C8D" w14:textId="77777777" w:rsidR="00FF73DB" w:rsidRDefault="00FF73DB"/>
        </w:tc>
        <w:tc>
          <w:tcPr>
            <w:tcW w:w="1321" w:type="dxa"/>
          </w:tcPr>
          <w:p w14:paraId="431A9D79" w14:textId="77777777" w:rsidR="00FF73DB" w:rsidRDefault="00FF73DB"/>
        </w:tc>
        <w:tc>
          <w:tcPr>
            <w:tcW w:w="1140" w:type="dxa"/>
          </w:tcPr>
          <w:p w14:paraId="6F17F309" w14:textId="77777777" w:rsidR="00FF73DB" w:rsidRDefault="00FF73DB"/>
        </w:tc>
        <w:tc>
          <w:tcPr>
            <w:tcW w:w="2052" w:type="dxa"/>
          </w:tcPr>
          <w:p w14:paraId="04D3966F" w14:textId="77777777" w:rsidR="00FF73DB" w:rsidRDefault="00FF73DB"/>
        </w:tc>
        <w:tc>
          <w:tcPr>
            <w:tcW w:w="1045" w:type="dxa"/>
          </w:tcPr>
          <w:p w14:paraId="443EE509" w14:textId="77777777" w:rsidR="00FF73DB" w:rsidRDefault="00FF73DB"/>
        </w:tc>
        <w:tc>
          <w:tcPr>
            <w:tcW w:w="1140" w:type="dxa"/>
          </w:tcPr>
          <w:p w14:paraId="3BE55366" w14:textId="77777777" w:rsidR="00FF73DB" w:rsidRDefault="00FF73DB"/>
        </w:tc>
        <w:tc>
          <w:tcPr>
            <w:tcW w:w="1452" w:type="dxa"/>
          </w:tcPr>
          <w:p w14:paraId="67BD54AE" w14:textId="77777777" w:rsidR="00FF73DB" w:rsidRDefault="00FF73DB"/>
        </w:tc>
        <w:tc>
          <w:tcPr>
            <w:tcW w:w="1465" w:type="dxa"/>
          </w:tcPr>
          <w:p w14:paraId="6566953D" w14:textId="77777777" w:rsidR="00FF73DB" w:rsidRDefault="00FF73DB"/>
        </w:tc>
      </w:tr>
      <w:tr w:rsidR="00FF73DB" w14:paraId="50015C41" w14:textId="77777777" w:rsidTr="00FF73DB">
        <w:trPr>
          <w:trHeight w:val="800"/>
        </w:trPr>
        <w:tc>
          <w:tcPr>
            <w:tcW w:w="1351" w:type="dxa"/>
          </w:tcPr>
          <w:p w14:paraId="3D46B246" w14:textId="77777777" w:rsidR="00FF73DB" w:rsidRDefault="00FF73DB"/>
        </w:tc>
        <w:tc>
          <w:tcPr>
            <w:tcW w:w="1354" w:type="dxa"/>
          </w:tcPr>
          <w:p w14:paraId="5C31EACA" w14:textId="77777777" w:rsidR="00FF73DB" w:rsidRDefault="00FF73DB"/>
        </w:tc>
        <w:tc>
          <w:tcPr>
            <w:tcW w:w="1321" w:type="dxa"/>
          </w:tcPr>
          <w:p w14:paraId="02092C8A" w14:textId="77777777" w:rsidR="00FF73DB" w:rsidRDefault="00FF73DB"/>
        </w:tc>
        <w:tc>
          <w:tcPr>
            <w:tcW w:w="1140" w:type="dxa"/>
          </w:tcPr>
          <w:p w14:paraId="34FE65DA" w14:textId="77777777" w:rsidR="00FF73DB" w:rsidRDefault="00FF73DB"/>
        </w:tc>
        <w:tc>
          <w:tcPr>
            <w:tcW w:w="2052" w:type="dxa"/>
          </w:tcPr>
          <w:p w14:paraId="1E962D1F" w14:textId="77777777" w:rsidR="00FF73DB" w:rsidRDefault="00FF73DB"/>
        </w:tc>
        <w:tc>
          <w:tcPr>
            <w:tcW w:w="1045" w:type="dxa"/>
          </w:tcPr>
          <w:p w14:paraId="024DCF57" w14:textId="77777777" w:rsidR="00FF73DB" w:rsidRDefault="00FF73DB"/>
        </w:tc>
        <w:tc>
          <w:tcPr>
            <w:tcW w:w="1140" w:type="dxa"/>
          </w:tcPr>
          <w:p w14:paraId="7E17DE3F" w14:textId="77777777" w:rsidR="00FF73DB" w:rsidRDefault="00FF73DB"/>
        </w:tc>
        <w:tc>
          <w:tcPr>
            <w:tcW w:w="1452" w:type="dxa"/>
          </w:tcPr>
          <w:p w14:paraId="74B60614" w14:textId="77777777" w:rsidR="00FF73DB" w:rsidRDefault="00FF73DB"/>
        </w:tc>
        <w:tc>
          <w:tcPr>
            <w:tcW w:w="1465" w:type="dxa"/>
          </w:tcPr>
          <w:p w14:paraId="06143351" w14:textId="77777777" w:rsidR="00FF73DB" w:rsidRDefault="00FF73DB"/>
        </w:tc>
      </w:tr>
      <w:tr w:rsidR="00FF73DB" w14:paraId="5087DB92" w14:textId="77777777" w:rsidTr="00FF73DB">
        <w:trPr>
          <w:trHeight w:val="881"/>
        </w:trPr>
        <w:tc>
          <w:tcPr>
            <w:tcW w:w="1351" w:type="dxa"/>
          </w:tcPr>
          <w:p w14:paraId="6B2850A0" w14:textId="77777777" w:rsidR="00FF73DB" w:rsidRDefault="00FF73DB"/>
        </w:tc>
        <w:tc>
          <w:tcPr>
            <w:tcW w:w="1354" w:type="dxa"/>
          </w:tcPr>
          <w:p w14:paraId="04A9F5CD" w14:textId="77777777" w:rsidR="00FF73DB" w:rsidRDefault="00FF73DB"/>
        </w:tc>
        <w:tc>
          <w:tcPr>
            <w:tcW w:w="1321" w:type="dxa"/>
          </w:tcPr>
          <w:p w14:paraId="07476DB4" w14:textId="77777777" w:rsidR="00FF73DB" w:rsidRDefault="00FF73DB"/>
        </w:tc>
        <w:tc>
          <w:tcPr>
            <w:tcW w:w="1140" w:type="dxa"/>
          </w:tcPr>
          <w:p w14:paraId="5A4836A8" w14:textId="77777777" w:rsidR="00FF73DB" w:rsidRDefault="00FF73DB"/>
        </w:tc>
        <w:tc>
          <w:tcPr>
            <w:tcW w:w="2052" w:type="dxa"/>
          </w:tcPr>
          <w:p w14:paraId="1F65A193" w14:textId="77777777" w:rsidR="00FF73DB" w:rsidRDefault="00FF73DB"/>
        </w:tc>
        <w:tc>
          <w:tcPr>
            <w:tcW w:w="1045" w:type="dxa"/>
          </w:tcPr>
          <w:p w14:paraId="18F45660" w14:textId="77777777" w:rsidR="00FF73DB" w:rsidRDefault="00FF73DB"/>
        </w:tc>
        <w:tc>
          <w:tcPr>
            <w:tcW w:w="1140" w:type="dxa"/>
          </w:tcPr>
          <w:p w14:paraId="70A26FC6" w14:textId="77777777" w:rsidR="00FF73DB" w:rsidRDefault="00FF73DB"/>
        </w:tc>
        <w:tc>
          <w:tcPr>
            <w:tcW w:w="1452" w:type="dxa"/>
          </w:tcPr>
          <w:p w14:paraId="22A6E309" w14:textId="77777777" w:rsidR="00FF73DB" w:rsidRDefault="00FF73DB"/>
        </w:tc>
        <w:tc>
          <w:tcPr>
            <w:tcW w:w="1465" w:type="dxa"/>
          </w:tcPr>
          <w:p w14:paraId="77609D84" w14:textId="77777777" w:rsidR="00FF73DB" w:rsidRDefault="00FF73DB"/>
        </w:tc>
      </w:tr>
    </w:tbl>
    <w:p w14:paraId="3C034C3F" w14:textId="77777777" w:rsidR="00FF73DB" w:rsidRDefault="00FF73DB">
      <w:pPr>
        <w:sectPr w:rsidR="00FF73DB" w:rsidSect="00FF73DB">
          <w:type w:val="continuous"/>
          <w:pgSz w:w="15840" w:h="1222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3F8876EF" w14:textId="2C660248" w:rsidR="00FF73DB" w:rsidRDefault="00FF73DB"/>
    <w:sectPr w:rsidR="00FF73DB" w:rsidSect="00FF73DB">
      <w:type w:val="continuous"/>
      <w:pgSz w:w="15840" w:h="1222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3402C" w14:textId="77777777" w:rsidR="00251DB8" w:rsidRDefault="00251DB8" w:rsidP="00FF73DB">
      <w:pPr>
        <w:spacing w:after="0" w:line="240" w:lineRule="auto"/>
      </w:pPr>
      <w:r>
        <w:separator/>
      </w:r>
    </w:p>
  </w:endnote>
  <w:endnote w:type="continuationSeparator" w:id="0">
    <w:p w14:paraId="4F6492F6" w14:textId="77777777" w:rsidR="00251DB8" w:rsidRDefault="00251DB8" w:rsidP="00FF7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43B38" w14:textId="77777777" w:rsidR="00251DB8" w:rsidRDefault="00251DB8" w:rsidP="00FF73DB">
      <w:pPr>
        <w:spacing w:after="0" w:line="240" w:lineRule="auto"/>
      </w:pPr>
      <w:r>
        <w:separator/>
      </w:r>
    </w:p>
  </w:footnote>
  <w:footnote w:type="continuationSeparator" w:id="0">
    <w:p w14:paraId="05163215" w14:textId="77777777" w:rsidR="00251DB8" w:rsidRDefault="00251DB8" w:rsidP="00FF7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9F488" w14:textId="77777777" w:rsidR="00FF73DB" w:rsidRDefault="00FF73DB" w:rsidP="00FF73DB">
    <w:pPr>
      <w:pStyle w:val="Heading1"/>
    </w:pPr>
    <w:r>
      <w:t xml:space="preserve">V2MOM Tracker Template – </w:t>
    </w:r>
  </w:p>
  <w:p w14:paraId="0D082DB9" w14:textId="77777777" w:rsidR="00FF73DB" w:rsidRDefault="00FF73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A4289D"/>
    <w:multiLevelType w:val="multilevel"/>
    <w:tmpl w:val="AF284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BD16F4"/>
    <w:multiLevelType w:val="multilevel"/>
    <w:tmpl w:val="3490D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6E091D"/>
    <w:multiLevelType w:val="multilevel"/>
    <w:tmpl w:val="069AA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34166001">
    <w:abstractNumId w:val="8"/>
  </w:num>
  <w:num w:numId="2" w16cid:durableId="477461037">
    <w:abstractNumId w:val="6"/>
  </w:num>
  <w:num w:numId="3" w16cid:durableId="1310861330">
    <w:abstractNumId w:val="5"/>
  </w:num>
  <w:num w:numId="4" w16cid:durableId="1340040727">
    <w:abstractNumId w:val="4"/>
  </w:num>
  <w:num w:numId="5" w16cid:durableId="151726732">
    <w:abstractNumId w:val="7"/>
  </w:num>
  <w:num w:numId="6" w16cid:durableId="897669516">
    <w:abstractNumId w:val="3"/>
  </w:num>
  <w:num w:numId="7" w16cid:durableId="610548879">
    <w:abstractNumId w:val="2"/>
  </w:num>
  <w:num w:numId="8" w16cid:durableId="1462961514">
    <w:abstractNumId w:val="1"/>
  </w:num>
  <w:num w:numId="9" w16cid:durableId="315182037">
    <w:abstractNumId w:val="0"/>
  </w:num>
  <w:num w:numId="10" w16cid:durableId="1077241509">
    <w:abstractNumId w:val="11"/>
  </w:num>
  <w:num w:numId="11" w16cid:durableId="914780347">
    <w:abstractNumId w:val="10"/>
  </w:num>
  <w:num w:numId="12" w16cid:durableId="14568306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51DB8"/>
    <w:rsid w:val="0029639D"/>
    <w:rsid w:val="00326F90"/>
    <w:rsid w:val="008B6244"/>
    <w:rsid w:val="00954A75"/>
    <w:rsid w:val="00AA1D8D"/>
    <w:rsid w:val="00B47730"/>
    <w:rsid w:val="00CB0664"/>
    <w:rsid w:val="00CB3674"/>
    <w:rsid w:val="00F11EAE"/>
    <w:rsid w:val="00F47F9B"/>
    <w:rsid w:val="00F57249"/>
    <w:rsid w:val="00FC693F"/>
    <w:rsid w:val="00FF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3E54F3C"/>
  <w14:defaultImageDpi w14:val="300"/>
  <w15:docId w15:val="{2B690328-2013-544D-B785-CF1297313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1">
    <w:name w:val="p1"/>
    <w:basedOn w:val="Normal"/>
    <w:rsid w:val="00FF7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FF73DB"/>
  </w:style>
  <w:style w:type="paragraph" w:customStyle="1" w:styleId="p2">
    <w:name w:val="p2"/>
    <w:basedOn w:val="Normal"/>
    <w:rsid w:val="00FF7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Normal"/>
    <w:rsid w:val="00FF7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Andy Ball</cp:lastModifiedBy>
  <cp:revision>3</cp:revision>
  <dcterms:created xsi:type="dcterms:W3CDTF">2025-06-16T15:11:00Z</dcterms:created>
  <dcterms:modified xsi:type="dcterms:W3CDTF">2025-06-16T15:12:00Z</dcterms:modified>
  <cp:category/>
</cp:coreProperties>
</file>