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53BC1F" w14:textId="77777777" w:rsidR="007C628A" w:rsidRDefault="00000000">
      <w:pPr>
        <w:pStyle w:val="Heading2"/>
      </w:pPr>
      <w:r>
        <w:t>Weekly Objectives</w:t>
      </w:r>
    </w:p>
    <w:p w14:paraId="7364BCF0" w14:textId="77777777" w:rsidR="007C628A" w:rsidRDefault="00000000">
      <w:r>
        <w:t>Write 3–5 focus goals for the week here:</w:t>
      </w:r>
    </w:p>
    <w:p w14:paraId="7AB12E8E" w14:textId="77777777" w:rsidR="007C628A" w:rsidRDefault="00000000">
      <w:pPr>
        <w:pStyle w:val="ListBullet"/>
      </w:pPr>
      <w:r>
        <w:t xml:space="preserve">- </w:t>
      </w:r>
    </w:p>
    <w:p w14:paraId="7A540906" w14:textId="77777777" w:rsidR="007C628A" w:rsidRDefault="00000000">
      <w:pPr>
        <w:pStyle w:val="ListBullet"/>
      </w:pPr>
      <w:r>
        <w:t xml:space="preserve">- </w:t>
      </w:r>
    </w:p>
    <w:p w14:paraId="04EB2CBC" w14:textId="77777777" w:rsidR="007C628A" w:rsidRDefault="00000000">
      <w:pPr>
        <w:pStyle w:val="ListBullet"/>
      </w:pPr>
      <w:r>
        <w:t xml:space="preserve">- </w:t>
      </w:r>
    </w:p>
    <w:p w14:paraId="4D1FDE05" w14:textId="77777777" w:rsidR="007C628A" w:rsidRDefault="00000000">
      <w:pPr>
        <w:pStyle w:val="ListBullet"/>
      </w:pPr>
      <w:r>
        <w:t xml:space="preserve">- </w:t>
      </w:r>
    </w:p>
    <w:p w14:paraId="7521E235" w14:textId="0FE761C6" w:rsidR="004B396E" w:rsidRDefault="00000000" w:rsidP="004B396E">
      <w:pPr>
        <w:pStyle w:val="ListBullet"/>
      </w:pPr>
      <w:r>
        <w:t xml:space="preserve">- </w:t>
      </w:r>
    </w:p>
    <w:p w14:paraId="2C13B20E" w14:textId="1353138E" w:rsidR="007C628A" w:rsidRDefault="00000000">
      <w:pPr>
        <w:pStyle w:val="Heading2"/>
      </w:pPr>
      <w:r>
        <w:t>Weekly Rhythm Table</w:t>
      </w:r>
    </w:p>
    <w:p w14:paraId="1D49075B" w14:textId="77777777" w:rsidR="004B396E" w:rsidRPr="004B396E" w:rsidRDefault="004B396E" w:rsidP="004B396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3"/>
        <w:gridCol w:w="1625"/>
        <w:gridCol w:w="1620"/>
        <w:gridCol w:w="1620"/>
        <w:gridCol w:w="1620"/>
        <w:gridCol w:w="1620"/>
        <w:gridCol w:w="1620"/>
        <w:gridCol w:w="1530"/>
      </w:tblGrid>
      <w:tr w:rsidR="007C628A" w14:paraId="1A4BF07D" w14:textId="77777777" w:rsidTr="004B396E">
        <w:trPr>
          <w:trHeight w:val="548"/>
        </w:trPr>
        <w:tc>
          <w:tcPr>
            <w:tcW w:w="1633" w:type="dxa"/>
          </w:tcPr>
          <w:p w14:paraId="0AA29C8E" w14:textId="77777777" w:rsidR="007C628A" w:rsidRDefault="00000000">
            <w:r>
              <w:t>Time \ Day</w:t>
            </w:r>
          </w:p>
        </w:tc>
        <w:tc>
          <w:tcPr>
            <w:tcW w:w="1625" w:type="dxa"/>
          </w:tcPr>
          <w:p w14:paraId="1B5CA26B" w14:textId="77777777" w:rsidR="007C628A" w:rsidRPr="004B396E" w:rsidRDefault="00000000" w:rsidP="004B396E">
            <w:pPr>
              <w:jc w:val="center"/>
              <w:rPr>
                <w:b/>
                <w:bCs/>
              </w:rPr>
            </w:pPr>
            <w:r w:rsidRPr="004B396E">
              <w:rPr>
                <w:b/>
                <w:bCs/>
              </w:rPr>
              <w:t>Mon</w:t>
            </w:r>
          </w:p>
        </w:tc>
        <w:tc>
          <w:tcPr>
            <w:tcW w:w="1620" w:type="dxa"/>
          </w:tcPr>
          <w:p w14:paraId="4BCFAA81" w14:textId="77777777" w:rsidR="007C628A" w:rsidRPr="004B396E" w:rsidRDefault="00000000" w:rsidP="004B396E">
            <w:pPr>
              <w:jc w:val="center"/>
              <w:rPr>
                <w:b/>
                <w:bCs/>
              </w:rPr>
            </w:pPr>
            <w:r w:rsidRPr="004B396E">
              <w:rPr>
                <w:b/>
                <w:bCs/>
              </w:rPr>
              <w:t>Tue</w:t>
            </w:r>
          </w:p>
        </w:tc>
        <w:tc>
          <w:tcPr>
            <w:tcW w:w="1620" w:type="dxa"/>
          </w:tcPr>
          <w:p w14:paraId="78CCE336" w14:textId="77777777" w:rsidR="007C628A" w:rsidRPr="004B396E" w:rsidRDefault="00000000" w:rsidP="004B396E">
            <w:pPr>
              <w:jc w:val="center"/>
              <w:rPr>
                <w:b/>
                <w:bCs/>
              </w:rPr>
            </w:pPr>
            <w:r w:rsidRPr="004B396E">
              <w:rPr>
                <w:b/>
                <w:bCs/>
              </w:rPr>
              <w:t>Wed</w:t>
            </w:r>
          </w:p>
        </w:tc>
        <w:tc>
          <w:tcPr>
            <w:tcW w:w="1620" w:type="dxa"/>
          </w:tcPr>
          <w:p w14:paraId="67359257" w14:textId="77777777" w:rsidR="007C628A" w:rsidRPr="004B396E" w:rsidRDefault="00000000" w:rsidP="004B396E">
            <w:pPr>
              <w:jc w:val="center"/>
              <w:rPr>
                <w:b/>
                <w:bCs/>
              </w:rPr>
            </w:pPr>
            <w:r w:rsidRPr="004B396E">
              <w:rPr>
                <w:b/>
                <w:bCs/>
              </w:rPr>
              <w:t>Thu</w:t>
            </w:r>
          </w:p>
        </w:tc>
        <w:tc>
          <w:tcPr>
            <w:tcW w:w="1620" w:type="dxa"/>
          </w:tcPr>
          <w:p w14:paraId="0D3BF9E3" w14:textId="77777777" w:rsidR="007C628A" w:rsidRPr="004B396E" w:rsidRDefault="00000000" w:rsidP="004B396E">
            <w:pPr>
              <w:jc w:val="center"/>
              <w:rPr>
                <w:b/>
                <w:bCs/>
              </w:rPr>
            </w:pPr>
            <w:r w:rsidRPr="004B396E">
              <w:rPr>
                <w:b/>
                <w:bCs/>
              </w:rPr>
              <w:t>Fri</w:t>
            </w:r>
          </w:p>
        </w:tc>
        <w:tc>
          <w:tcPr>
            <w:tcW w:w="1620" w:type="dxa"/>
          </w:tcPr>
          <w:p w14:paraId="50EE2A9E" w14:textId="77777777" w:rsidR="007C628A" w:rsidRPr="004B396E" w:rsidRDefault="00000000" w:rsidP="004B396E">
            <w:pPr>
              <w:jc w:val="center"/>
              <w:rPr>
                <w:b/>
                <w:bCs/>
              </w:rPr>
            </w:pPr>
            <w:r w:rsidRPr="004B396E">
              <w:rPr>
                <w:b/>
                <w:bCs/>
              </w:rPr>
              <w:t>Sat</w:t>
            </w:r>
          </w:p>
        </w:tc>
        <w:tc>
          <w:tcPr>
            <w:tcW w:w="1530" w:type="dxa"/>
          </w:tcPr>
          <w:p w14:paraId="5BE5CF3B" w14:textId="77777777" w:rsidR="007C628A" w:rsidRPr="004B396E" w:rsidRDefault="00000000" w:rsidP="004B396E">
            <w:pPr>
              <w:jc w:val="center"/>
              <w:rPr>
                <w:b/>
                <w:bCs/>
              </w:rPr>
            </w:pPr>
            <w:r w:rsidRPr="004B396E">
              <w:rPr>
                <w:b/>
                <w:bCs/>
              </w:rPr>
              <w:t>Sun</w:t>
            </w:r>
          </w:p>
        </w:tc>
      </w:tr>
      <w:tr w:rsidR="007C628A" w14:paraId="032B8C5A" w14:textId="77777777" w:rsidTr="004B396E">
        <w:trPr>
          <w:trHeight w:val="887"/>
        </w:trPr>
        <w:tc>
          <w:tcPr>
            <w:tcW w:w="1633" w:type="dxa"/>
          </w:tcPr>
          <w:p w14:paraId="0EC0A31A" w14:textId="77777777" w:rsidR="007C628A" w:rsidRDefault="00000000">
            <w:r>
              <w:t>Early Morning</w:t>
            </w:r>
          </w:p>
          <w:p w14:paraId="523E9851" w14:textId="77777777" w:rsidR="004B396E" w:rsidRDefault="004B396E"/>
          <w:p w14:paraId="5D971B06" w14:textId="77777777" w:rsidR="004B396E" w:rsidRDefault="004B396E"/>
          <w:p w14:paraId="6E55AE05" w14:textId="77777777" w:rsidR="004B396E" w:rsidRDefault="004B396E"/>
        </w:tc>
        <w:tc>
          <w:tcPr>
            <w:tcW w:w="1625" w:type="dxa"/>
          </w:tcPr>
          <w:p w14:paraId="6801E203" w14:textId="77777777" w:rsidR="007C628A" w:rsidRDefault="007C628A"/>
        </w:tc>
        <w:tc>
          <w:tcPr>
            <w:tcW w:w="1620" w:type="dxa"/>
          </w:tcPr>
          <w:p w14:paraId="2B487205" w14:textId="77777777" w:rsidR="007C628A" w:rsidRDefault="007C628A"/>
        </w:tc>
        <w:tc>
          <w:tcPr>
            <w:tcW w:w="1620" w:type="dxa"/>
          </w:tcPr>
          <w:p w14:paraId="154AF6FF" w14:textId="77777777" w:rsidR="007C628A" w:rsidRDefault="007C628A"/>
        </w:tc>
        <w:tc>
          <w:tcPr>
            <w:tcW w:w="1620" w:type="dxa"/>
          </w:tcPr>
          <w:p w14:paraId="77F24B8E" w14:textId="77777777" w:rsidR="007C628A" w:rsidRDefault="007C628A"/>
        </w:tc>
        <w:tc>
          <w:tcPr>
            <w:tcW w:w="1620" w:type="dxa"/>
          </w:tcPr>
          <w:p w14:paraId="25498C43" w14:textId="77777777" w:rsidR="007C628A" w:rsidRDefault="007C628A"/>
        </w:tc>
        <w:tc>
          <w:tcPr>
            <w:tcW w:w="1620" w:type="dxa"/>
          </w:tcPr>
          <w:p w14:paraId="11969B9E" w14:textId="77777777" w:rsidR="007C628A" w:rsidRDefault="007C628A"/>
        </w:tc>
        <w:tc>
          <w:tcPr>
            <w:tcW w:w="1530" w:type="dxa"/>
          </w:tcPr>
          <w:p w14:paraId="59DCB57E" w14:textId="77777777" w:rsidR="007C628A" w:rsidRDefault="007C628A"/>
        </w:tc>
      </w:tr>
      <w:tr w:rsidR="007C628A" w14:paraId="0CB33D64" w14:textId="77777777" w:rsidTr="004B396E">
        <w:trPr>
          <w:trHeight w:val="432"/>
        </w:trPr>
        <w:tc>
          <w:tcPr>
            <w:tcW w:w="1633" w:type="dxa"/>
          </w:tcPr>
          <w:p w14:paraId="5D807953" w14:textId="77777777" w:rsidR="007C628A" w:rsidRDefault="00000000">
            <w:r>
              <w:t>Morning</w:t>
            </w:r>
          </w:p>
          <w:p w14:paraId="40803005" w14:textId="77777777" w:rsidR="004B396E" w:rsidRDefault="004B396E"/>
          <w:p w14:paraId="4F78CD8E" w14:textId="77777777" w:rsidR="004B396E" w:rsidRDefault="004B396E"/>
          <w:p w14:paraId="38B4098D" w14:textId="77777777" w:rsidR="004B396E" w:rsidRDefault="004B396E"/>
        </w:tc>
        <w:tc>
          <w:tcPr>
            <w:tcW w:w="1625" w:type="dxa"/>
          </w:tcPr>
          <w:p w14:paraId="6DDF2A2F" w14:textId="77777777" w:rsidR="007C628A" w:rsidRDefault="007C628A"/>
        </w:tc>
        <w:tc>
          <w:tcPr>
            <w:tcW w:w="1620" w:type="dxa"/>
          </w:tcPr>
          <w:p w14:paraId="25623441" w14:textId="77777777" w:rsidR="007C628A" w:rsidRDefault="007C628A"/>
        </w:tc>
        <w:tc>
          <w:tcPr>
            <w:tcW w:w="1620" w:type="dxa"/>
          </w:tcPr>
          <w:p w14:paraId="437B59BC" w14:textId="77777777" w:rsidR="007C628A" w:rsidRDefault="007C628A"/>
        </w:tc>
        <w:tc>
          <w:tcPr>
            <w:tcW w:w="1620" w:type="dxa"/>
          </w:tcPr>
          <w:p w14:paraId="6E2E5D02" w14:textId="77777777" w:rsidR="007C628A" w:rsidRDefault="007C628A"/>
        </w:tc>
        <w:tc>
          <w:tcPr>
            <w:tcW w:w="1620" w:type="dxa"/>
          </w:tcPr>
          <w:p w14:paraId="03B2FC28" w14:textId="77777777" w:rsidR="007C628A" w:rsidRDefault="007C628A"/>
        </w:tc>
        <w:tc>
          <w:tcPr>
            <w:tcW w:w="1620" w:type="dxa"/>
          </w:tcPr>
          <w:p w14:paraId="048049B3" w14:textId="77777777" w:rsidR="007C628A" w:rsidRDefault="007C628A"/>
        </w:tc>
        <w:tc>
          <w:tcPr>
            <w:tcW w:w="1530" w:type="dxa"/>
          </w:tcPr>
          <w:p w14:paraId="48981039" w14:textId="77777777" w:rsidR="007C628A" w:rsidRDefault="007C628A"/>
        </w:tc>
      </w:tr>
      <w:tr w:rsidR="007C628A" w14:paraId="2DC73481" w14:textId="77777777" w:rsidTr="004B396E">
        <w:trPr>
          <w:trHeight w:val="454"/>
        </w:trPr>
        <w:tc>
          <w:tcPr>
            <w:tcW w:w="1633" w:type="dxa"/>
          </w:tcPr>
          <w:p w14:paraId="6DF968CE" w14:textId="77777777" w:rsidR="007C628A" w:rsidRDefault="00000000">
            <w:r>
              <w:t>Afternoon</w:t>
            </w:r>
          </w:p>
          <w:p w14:paraId="0B604E19" w14:textId="77777777" w:rsidR="004B396E" w:rsidRDefault="004B396E"/>
          <w:p w14:paraId="44A7A1BA" w14:textId="77777777" w:rsidR="004B396E" w:rsidRDefault="004B396E"/>
          <w:p w14:paraId="5346E145" w14:textId="77777777" w:rsidR="004B396E" w:rsidRDefault="004B396E"/>
        </w:tc>
        <w:tc>
          <w:tcPr>
            <w:tcW w:w="1625" w:type="dxa"/>
          </w:tcPr>
          <w:p w14:paraId="613CF9E4" w14:textId="77777777" w:rsidR="007C628A" w:rsidRDefault="007C628A"/>
        </w:tc>
        <w:tc>
          <w:tcPr>
            <w:tcW w:w="1620" w:type="dxa"/>
          </w:tcPr>
          <w:p w14:paraId="7B4B9A42" w14:textId="77777777" w:rsidR="007C628A" w:rsidRDefault="007C628A"/>
        </w:tc>
        <w:tc>
          <w:tcPr>
            <w:tcW w:w="1620" w:type="dxa"/>
          </w:tcPr>
          <w:p w14:paraId="1E69CE8A" w14:textId="77777777" w:rsidR="007C628A" w:rsidRDefault="007C628A"/>
        </w:tc>
        <w:tc>
          <w:tcPr>
            <w:tcW w:w="1620" w:type="dxa"/>
          </w:tcPr>
          <w:p w14:paraId="5C2541A6" w14:textId="77777777" w:rsidR="007C628A" w:rsidRDefault="007C628A"/>
        </w:tc>
        <w:tc>
          <w:tcPr>
            <w:tcW w:w="1620" w:type="dxa"/>
          </w:tcPr>
          <w:p w14:paraId="1C545C04" w14:textId="77777777" w:rsidR="007C628A" w:rsidRDefault="007C628A"/>
        </w:tc>
        <w:tc>
          <w:tcPr>
            <w:tcW w:w="1620" w:type="dxa"/>
          </w:tcPr>
          <w:p w14:paraId="6B5ACFB4" w14:textId="77777777" w:rsidR="007C628A" w:rsidRDefault="007C628A"/>
        </w:tc>
        <w:tc>
          <w:tcPr>
            <w:tcW w:w="1530" w:type="dxa"/>
          </w:tcPr>
          <w:p w14:paraId="15DF2CD2" w14:textId="77777777" w:rsidR="007C628A" w:rsidRDefault="007C628A"/>
        </w:tc>
      </w:tr>
      <w:tr w:rsidR="007C628A" w14:paraId="4AFBBF91" w14:textId="77777777" w:rsidTr="004B396E">
        <w:trPr>
          <w:trHeight w:val="432"/>
        </w:trPr>
        <w:tc>
          <w:tcPr>
            <w:tcW w:w="1633" w:type="dxa"/>
          </w:tcPr>
          <w:p w14:paraId="1D37B0BC" w14:textId="77777777" w:rsidR="007C628A" w:rsidRDefault="00000000">
            <w:r>
              <w:t>Evening</w:t>
            </w:r>
          </w:p>
          <w:p w14:paraId="67A15248" w14:textId="77777777" w:rsidR="004B396E" w:rsidRDefault="004B396E"/>
          <w:p w14:paraId="1C67C7B4" w14:textId="77777777" w:rsidR="004B396E" w:rsidRDefault="004B396E"/>
          <w:p w14:paraId="4E3605E4" w14:textId="77777777" w:rsidR="004B396E" w:rsidRDefault="004B396E"/>
        </w:tc>
        <w:tc>
          <w:tcPr>
            <w:tcW w:w="1625" w:type="dxa"/>
          </w:tcPr>
          <w:p w14:paraId="098CCB2E" w14:textId="77777777" w:rsidR="007C628A" w:rsidRDefault="007C628A"/>
        </w:tc>
        <w:tc>
          <w:tcPr>
            <w:tcW w:w="1620" w:type="dxa"/>
          </w:tcPr>
          <w:p w14:paraId="795B64E5" w14:textId="77777777" w:rsidR="007C628A" w:rsidRDefault="007C628A"/>
        </w:tc>
        <w:tc>
          <w:tcPr>
            <w:tcW w:w="1620" w:type="dxa"/>
          </w:tcPr>
          <w:p w14:paraId="423AA671" w14:textId="77777777" w:rsidR="007C628A" w:rsidRDefault="007C628A"/>
        </w:tc>
        <w:tc>
          <w:tcPr>
            <w:tcW w:w="1620" w:type="dxa"/>
          </w:tcPr>
          <w:p w14:paraId="5F1023A0" w14:textId="77777777" w:rsidR="007C628A" w:rsidRDefault="007C628A"/>
        </w:tc>
        <w:tc>
          <w:tcPr>
            <w:tcW w:w="1620" w:type="dxa"/>
          </w:tcPr>
          <w:p w14:paraId="0933A485" w14:textId="77777777" w:rsidR="007C628A" w:rsidRDefault="007C628A"/>
        </w:tc>
        <w:tc>
          <w:tcPr>
            <w:tcW w:w="1620" w:type="dxa"/>
          </w:tcPr>
          <w:p w14:paraId="1D3B2B4E" w14:textId="77777777" w:rsidR="007C628A" w:rsidRDefault="007C628A"/>
        </w:tc>
        <w:tc>
          <w:tcPr>
            <w:tcW w:w="1530" w:type="dxa"/>
          </w:tcPr>
          <w:p w14:paraId="01F91087" w14:textId="77777777" w:rsidR="007C628A" w:rsidRDefault="007C628A"/>
        </w:tc>
      </w:tr>
    </w:tbl>
    <w:p w14:paraId="36F1042E" w14:textId="47C0FD77" w:rsidR="007C628A" w:rsidRDefault="00000000">
      <w:pPr>
        <w:pStyle w:val="Heading2"/>
      </w:pPr>
      <w:r>
        <w:lastRenderedPageBreak/>
        <w:t>Notes &amp; Reflections</w:t>
      </w:r>
    </w:p>
    <w:p w14:paraId="573A35C5" w14:textId="77777777" w:rsidR="007C628A" w:rsidRDefault="00000000">
      <w:r>
        <w:t>Use this space to note what worked well and what you might adjust next week.</w:t>
      </w:r>
    </w:p>
    <w:p w14:paraId="183FAF91" w14:textId="77777777" w:rsidR="004B396E" w:rsidRDefault="004B396E">
      <w:pPr>
        <w:pStyle w:val="Heading2"/>
      </w:pPr>
    </w:p>
    <w:p w14:paraId="35F31A9C" w14:textId="77777777" w:rsidR="004B396E" w:rsidRDefault="004B396E">
      <w:pPr>
        <w:pStyle w:val="Heading2"/>
      </w:pPr>
    </w:p>
    <w:p w14:paraId="1566DEB6" w14:textId="77777777" w:rsidR="004B396E" w:rsidRDefault="004B396E">
      <w:pPr>
        <w:pStyle w:val="Heading2"/>
      </w:pPr>
    </w:p>
    <w:p w14:paraId="1FE7524F" w14:textId="77777777" w:rsidR="004B396E" w:rsidRDefault="004B396E">
      <w:pPr>
        <w:pStyle w:val="Heading2"/>
      </w:pPr>
    </w:p>
    <w:p w14:paraId="6F2DB755" w14:textId="084D64D0" w:rsidR="007C628A" w:rsidRDefault="00000000">
      <w:pPr>
        <w:pStyle w:val="Heading2"/>
      </w:pPr>
      <w:r>
        <w:t>Gratitude Highlights</w:t>
      </w:r>
    </w:p>
    <w:p w14:paraId="46B4BC64" w14:textId="1D8BB8DF" w:rsidR="004B396E" w:rsidRPr="004B396E" w:rsidRDefault="004B396E" w:rsidP="004B396E">
      <w:r>
        <w:t xml:space="preserve">Write 3–5 </w:t>
      </w:r>
      <w:r>
        <w:t>things that were positive / encouraging / uplifting that occurred during the week</w:t>
      </w:r>
    </w:p>
    <w:p w14:paraId="47DF1FE1" w14:textId="77777777" w:rsidR="007C628A" w:rsidRDefault="00000000">
      <w:pPr>
        <w:pStyle w:val="ListBullet"/>
      </w:pPr>
      <w:r>
        <w:t xml:space="preserve">- </w:t>
      </w:r>
    </w:p>
    <w:p w14:paraId="45A58338" w14:textId="77777777" w:rsidR="004B396E" w:rsidRDefault="004B396E" w:rsidP="004B396E">
      <w:pPr>
        <w:pStyle w:val="ListBullet"/>
      </w:pPr>
      <w:r>
        <w:t xml:space="preserve">- </w:t>
      </w:r>
    </w:p>
    <w:p w14:paraId="71871797" w14:textId="1C3A30CC" w:rsidR="004B396E" w:rsidRDefault="004B396E" w:rsidP="004B396E">
      <w:pPr>
        <w:pStyle w:val="ListBullet"/>
      </w:pPr>
      <w:r>
        <w:t xml:space="preserve">- </w:t>
      </w:r>
    </w:p>
    <w:p w14:paraId="55D6D912" w14:textId="77777777" w:rsidR="007C628A" w:rsidRDefault="00000000">
      <w:pPr>
        <w:pStyle w:val="ListBullet"/>
      </w:pPr>
      <w:r>
        <w:t xml:space="preserve">- </w:t>
      </w:r>
    </w:p>
    <w:p w14:paraId="2E527BAE" w14:textId="77777777" w:rsidR="007C628A" w:rsidRDefault="00000000">
      <w:pPr>
        <w:pStyle w:val="ListBullet"/>
      </w:pPr>
      <w:r>
        <w:t xml:space="preserve">- </w:t>
      </w:r>
    </w:p>
    <w:p w14:paraId="42B7957E" w14:textId="77777777" w:rsidR="004B396E" w:rsidRDefault="004B396E">
      <w:pPr>
        <w:pStyle w:val="Heading2"/>
      </w:pPr>
    </w:p>
    <w:p w14:paraId="6AE3A660" w14:textId="77777777" w:rsidR="004B396E" w:rsidRPr="004B396E" w:rsidRDefault="004B396E" w:rsidP="004B396E"/>
    <w:p w14:paraId="2D5F8A85" w14:textId="4153B0EF" w:rsidR="007C628A" w:rsidRDefault="00000000">
      <w:pPr>
        <w:pStyle w:val="Heading2"/>
      </w:pPr>
      <w:r>
        <w:t>Next Week's Focus</w:t>
      </w:r>
    </w:p>
    <w:p w14:paraId="4551CEA8" w14:textId="77777777" w:rsidR="007C628A" w:rsidRDefault="00000000">
      <w:pPr>
        <w:pStyle w:val="ListBullet"/>
      </w:pPr>
      <w:r>
        <w:t xml:space="preserve">- </w:t>
      </w:r>
    </w:p>
    <w:p w14:paraId="764DAF96" w14:textId="77777777" w:rsidR="004B396E" w:rsidRDefault="004B396E" w:rsidP="004B396E">
      <w:pPr>
        <w:pStyle w:val="ListBullet"/>
      </w:pPr>
      <w:r>
        <w:t xml:space="preserve">- </w:t>
      </w:r>
    </w:p>
    <w:p w14:paraId="6E71E1AA" w14:textId="77777777" w:rsidR="007C628A" w:rsidRDefault="00000000">
      <w:pPr>
        <w:pStyle w:val="ListBullet"/>
      </w:pPr>
      <w:r>
        <w:t xml:space="preserve">- </w:t>
      </w:r>
    </w:p>
    <w:sectPr w:rsidR="007C628A" w:rsidSect="004B396E">
      <w:headerReference w:type="default" r:id="rId8"/>
      <w:pgSz w:w="15840" w:h="12220" w:orient="landscape"/>
      <w:pgMar w:top="180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6B885F" w14:textId="77777777" w:rsidR="00C53882" w:rsidRDefault="00C53882" w:rsidP="004B396E">
      <w:pPr>
        <w:spacing w:after="0" w:line="240" w:lineRule="auto"/>
      </w:pPr>
      <w:r>
        <w:separator/>
      </w:r>
    </w:p>
  </w:endnote>
  <w:endnote w:type="continuationSeparator" w:id="0">
    <w:p w14:paraId="7F67E9C6" w14:textId="77777777" w:rsidR="00C53882" w:rsidRDefault="00C53882" w:rsidP="004B39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41FBC5" w14:textId="77777777" w:rsidR="00C53882" w:rsidRDefault="00C53882" w:rsidP="004B396E">
      <w:pPr>
        <w:spacing w:after="0" w:line="240" w:lineRule="auto"/>
      </w:pPr>
      <w:r>
        <w:separator/>
      </w:r>
    </w:p>
  </w:footnote>
  <w:footnote w:type="continuationSeparator" w:id="0">
    <w:p w14:paraId="6BC761DD" w14:textId="77777777" w:rsidR="00C53882" w:rsidRDefault="00C53882" w:rsidP="004B39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B4F68E" w14:textId="41DD6EC2" w:rsidR="004B396E" w:rsidRPr="004B396E" w:rsidRDefault="004B396E" w:rsidP="004B396E">
    <w:pPr>
      <w:pStyle w:val="Header"/>
      <w:jc w:val="center"/>
      <w:rPr>
        <w:b/>
        <w:bCs/>
        <w:sz w:val="24"/>
        <w:szCs w:val="24"/>
        <w:lang w:val="en-GB"/>
      </w:rPr>
    </w:pPr>
    <w:r w:rsidRPr="004B396E">
      <w:rPr>
        <w:b/>
        <w:bCs/>
        <w:sz w:val="24"/>
        <w:szCs w:val="24"/>
        <w:lang w:val="en-GB"/>
      </w:rPr>
      <w:t>Weekly Planner</w:t>
    </w:r>
  </w:p>
  <w:p w14:paraId="3CBFF777" w14:textId="77777777" w:rsidR="004B396E" w:rsidRDefault="004B396E">
    <w:pPr>
      <w:pStyle w:val="Header"/>
      <w:rPr>
        <w:b/>
        <w:bCs/>
        <w:lang w:val="en-GB"/>
      </w:rPr>
    </w:pPr>
  </w:p>
  <w:p w14:paraId="4A0D0C8B" w14:textId="76D73ECD" w:rsidR="004B396E" w:rsidRPr="004B396E" w:rsidRDefault="004B396E">
    <w:pPr>
      <w:pStyle w:val="Header"/>
      <w:rPr>
        <w:b/>
        <w:bCs/>
        <w:lang w:val="en-GB"/>
      </w:rPr>
    </w:pPr>
    <w:r>
      <w:rPr>
        <w:b/>
        <w:bCs/>
        <w:lang w:val="en-GB"/>
      </w:rPr>
      <w:t xml:space="preserve">Week Starting: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11531083">
    <w:abstractNumId w:val="8"/>
  </w:num>
  <w:num w:numId="2" w16cid:durableId="1398477185">
    <w:abstractNumId w:val="6"/>
  </w:num>
  <w:num w:numId="3" w16cid:durableId="1931549595">
    <w:abstractNumId w:val="5"/>
  </w:num>
  <w:num w:numId="4" w16cid:durableId="462699197">
    <w:abstractNumId w:val="4"/>
  </w:num>
  <w:num w:numId="5" w16cid:durableId="1283919932">
    <w:abstractNumId w:val="7"/>
  </w:num>
  <w:num w:numId="6" w16cid:durableId="808594219">
    <w:abstractNumId w:val="3"/>
  </w:num>
  <w:num w:numId="7" w16cid:durableId="637225274">
    <w:abstractNumId w:val="2"/>
  </w:num>
  <w:num w:numId="8" w16cid:durableId="963539998">
    <w:abstractNumId w:val="1"/>
  </w:num>
  <w:num w:numId="9" w16cid:durableId="785395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4B396E"/>
    <w:rsid w:val="007C628A"/>
    <w:rsid w:val="009427C4"/>
    <w:rsid w:val="00AA1D8D"/>
    <w:rsid w:val="00AE6377"/>
    <w:rsid w:val="00B47730"/>
    <w:rsid w:val="00C53882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6BD315F"/>
  <w14:defaultImageDpi w14:val="300"/>
  <w15:docId w15:val="{EDFD15CD-675F-8D49-BB01-956AB025A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476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Andy Ball</cp:lastModifiedBy>
  <cp:revision>2</cp:revision>
  <dcterms:created xsi:type="dcterms:W3CDTF">2025-06-01T20:28:00Z</dcterms:created>
  <dcterms:modified xsi:type="dcterms:W3CDTF">2025-06-01T20:28:00Z</dcterms:modified>
  <cp:category/>
</cp:coreProperties>
</file>